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"מאהב חדש" מאת דן פגיס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המטאפורה הכפולה בין מאהב למטבע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השיר ואת היחסים בין הדובר לנמענת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אמצעים אמנותיים כמו חריזה פנימית, הגזמה ודימוי מעולם הכסף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אישה מנוסה הבודקת מאהבים כמו מטבעות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החמישי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נושכת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"מוח"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פעולה בשיר מתאימה גם לבדיקת מתכת וגם לקשר אהבה.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השיר כתוב בלשון בהירה, בלי משקל וחריזה קבועים, מלבד חריזה פנימית בפתיחה.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להפך: הנמענת פעילה ושולטת, והדובר סביל ומגיב.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בסיום הדובר מתיר לה לבזבז אותו, וזו האירוניה.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הוא אומר "אמנם לא זהב, אבל נתך הגון".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ציטוטים למשמעותם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(ניגוד בין יופי חיצוני לבדידות פנימית)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(בדיקת אמינות המתכת ומגע אינטימי כאחד)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(הגזמה והומור, רמז לדיוקן המוטבע על מטבע)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(הכרה בערך מוגבל תוך גאווה עצמית)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(קריאה ארס פואטית לקול השירי)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דן פגיס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חלפנית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נתך הגון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השתלשלות האירועים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הדובר מתואר כ"זהוב כמעט עזוב"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הנמענת אוספת ומשפשפת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בוחנת, מקישה ומקשיבה לצלצולו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היא נושכת אותו כבדיקת 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הדובר מתיר לה לבזבז אותו "בלב בוטח"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להזכיר שהנמענת מתייחסת לדובר כאל חפץ-מטבע, בודקת, שוקלת ונושכת אותו; הדובר פסיבי ומשתוקק לאישור.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פתוחה; יש לצפות להתייחסות לביקורת על יחסים חפציים ולאירוניה שבסיום, שבו דווקא הוכחת הערך מובילה לבזבוז.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הדובר הוא גם מאהב וגם מטבע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משתדל להיות חדש, להבריק ולהתגדל עד שהוא "כמעט קיסר"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אחרי שעמד בבדיקה, הוא דווקא יבוזבז ולא יישמר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לפני התרגול ולהצביע על הפעלים שמתארים את פעולות הנמענת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את חלק ההתאמה כדי לעודד דיון על משמעות הציטוטים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בשאלות הפתוחות כדאי להדגיש שהביקורת בשיר היא על דפוס יחסים, לא על אדם ספציפי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"מאהב חדש" מאת דן פגיס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"מאהב חדש" מאת דן פגיס מתאר דובר הנמשל למטבע, ונמענת מנוסה הבודקת אותו כמו חלפנית. בתרגול זה נכיר את מבנה השיר, את הדמויות שבו ואת האמצעים האמנותיים המרכזיים.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לאיזה חפץ נמשל הדובר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הנמענת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אישה מנוסה הבודקת מאהבים כמו מטבעות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בית הוא היחיד שנפתח במצבו של הדובר?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החמישי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הנמענת כדי לבדוק אם הדובר אמיתי?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נושכת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שורפת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שוקלת אותו במאזניים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שולחת אותו לבדיקה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ספר נכלל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"שבת"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"מוח"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"גלגול"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"כתובת"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בנוי כולו על מטאפורה כפולה של מאהב ומטבע.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כתוב במשקל וחריזה קבועים לאורך כל הבתים.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הנמענת סבילה והדובר פעיל ושולט ביחסים.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השיר הדובר נשמר בקפידה ולא מבוזבז.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החמישי הדובר מודה שהוא אינו זהב טהור אלא מתכת הגונה.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ציטוטים למשמעותם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"זהוב כמעט עזוב"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הכרה בערך מוגבל תוך גאווה עצמית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"כחלפנית למודת נסיון, את נושכת אותי"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הגזמה והומור, רמז לדיוקן המוטבע על מטבע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"אני מתגדל, כמעט קיסר של ממש"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קריאה ארס פואטית לקול השירי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"אני קשה, עומד בנסיון... אבל נתך הגון"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בדיקת אמינות המתכת ומגע אינטימי כאחד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"צלצולי הזך ביותר"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ניגוד בין יופי חיצוני לבדידות פנימית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השיר "מאהב חדש" נכתב על ידי המשורר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השיר בנוי על מטאפורה כפולה בין מאהב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הנמענת מכונה בשיר "__________ למודת נסיון".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השיר נכלל בספר בשם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בבית החמישי הדובר מודה שהוא אינו זהב אלא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השתלשלות האירועים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נושכת אותו כבדיקת אמינות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מתואר כ"זהוב כמעט עזוב"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מתיר לה לבזבז אותו "בלב בוטח"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בוחנת, מקישה ומקשיבה לצלצולו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הנמענת אוספת ומשפשפת אותו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כיצד מתבטאת ההחפצה של הדובר בשיר, תוך התייחסות לפעולות הנמענת.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מה מבקר השיר ביחסים שבהם אדם נמדד לפי 'שוויו'? נמקו את תשובתכם.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המטאפורה הכפולה המרכזית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משתנה הדובר כדי לרצות את הנמענת?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האירוניה בסיום השיר?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"מאהב חדש" מאת דן פגיס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