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"מאהב חדש" מאת דן פגיס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המטאפורה הכפולה בין מאהב למטבע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השיר ואת היחסים בין הדובר לנמענת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אמצעים אמנותיים כמו חריזה פנימית, הגזמה ודימוי מעולם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אישה מנוסה הבודקת מאהבים כמו מטבעות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פעולה בשיר מתאימה גם לבדיקת מתכת וגם לקשר אהבה.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השיר כתוב בלשון בהירה, בלי משקל וחריזה קבועים, מלבד חריזה פנימית בפתיחה.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להפך: הנמענת פעילה ושולטת, והדובר סביל ומגיב.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ציטוטים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 בין יופי חיצוני לבדידות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(הגזמה והומור, רמז לדיוקן המוטבע על מטבע)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(קריאה ארס פואטית לקול השירי)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דן פגיס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השתלשלות האירועים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מתואר כ"זהוב כמעט עזוב"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הנמענת אוספת ומשפשפת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בוחנת, מקישה ומקשיבה לצלצולו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נושכת אותו כבדיקת 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שהנמענת מתייחסת לדובר כאל חפץ-מטבע, בודקת, שוקלת ונושכת אותו; הדובר פסיבי ומשתוקק לאישור.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 הוא גם מאהב וגם מטבע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משתדל להיות חדש, להבריק ולהתגדל עד שהוא "כמעט קיסר"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שעמד בבדיקה, הוא דווקא יבוזבז ולא יישמר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לפני התרגול ולהצביע על הפעלים שמתארים את פעולות הנמענת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דיון על משמעות הציטוטים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הפתוחות כדאי להדגיש שהביקורת בשיר היא על דפוס יחסים, לא על אדם ספציפי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"מאהב חדש" מאת דן פגיס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"מאהב חדש" מאת דן פגיס מתאר דובר הנמשל למטבע, ונמענת מנוסה הבודקת אותו כמו חלפנית. בתרגול זה נכיר את מבנה השיר, את הדמויות שבו ואת האמצעים האמנותיים המרכזיים.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דן פגיס  ·  מטבע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חפץ נמשל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הנמענת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אישה מנוסה הבודקת מאהבים כמו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אם הדובר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בנוי כולו על מטאפורה כפולה של מאהב ומטבע.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כתוב במשקל וחריזה קבועים לאורך כל הבתים.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הנמענת סבילה והדובר פעיל ושולט ביחסים.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ציטוטים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"זהוב כמעט עזוב"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קריאה ארס פואטית לקול השירי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"אני מתגדל, כמעט קיסר של ממש"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ניגוד בין יופי חיצוני לבדידות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"צלצולי הזך ביותר"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הגזמה והומור, רמז לדיוקן המוטבע על מטבע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"מאהב חדש" נכתב על ידי המשורר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השיר בנוי על מטאפורה כפולה בין מאהב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השתלשלות האירועים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הנמענת אוספת ומשפשפת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נושכת אותו כבדיקת אמינות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מתואר כ"זהוב כמעט עזוב"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היא בוחנת, מקישה ומקשיבה לצלצולו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כיצד מתבטאת ההחפצה של הדובר בשיר, תוך התייחסות לפעולות הנמענת.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המטאפורה הכפולה המרכזית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משתנה הדובר כדי לרצות את הנמענת?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"מאהב חדש" מאת דן פגיס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